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复盘会议纪要模板</w:t>
      </w:r>
    </w:p>
    <w:p>
      <w:r>
        <w:rPr>
          <w:i/>
        </w:rPr>
        <w:t>适用场景：项目/活动/月度经营结束后，对照目标找差异、挖原因、定行动。</w:t>
      </w:r>
    </w:p>
    <w:p>
      <w:r>
        <w:rPr>
          <w:b/>
        </w:rPr>
        <w:t>【会议主题】</w:t>
      </w:r>
      <w:r>
        <w:t xml:space="preserve">  </w:t>
      </w:r>
    </w:p>
    <w:p>
      <w:r>
        <w:rPr>
          <w:b/>
        </w:rPr>
        <w:t>【时间 / 地点 / 主持人】</w:t>
      </w:r>
      <w:r>
        <w:t xml:space="preserve">  </w:t>
      </w:r>
    </w:p>
    <w:p>
      <w:r>
        <w:rPr>
          <w:b/>
        </w:rPr>
        <w:t>【参会人员】</w:t>
      </w:r>
      <w:r>
        <w:t xml:space="preserve">  </w:t>
      </w:r>
    </w:p>
    <w:p>
      <w:r>
        <w:rPr>
          <w:b/>
        </w:rPr>
        <w:t>【一、目标回顾】</w:t>
      </w:r>
      <w:r>
        <w:t xml:space="preserve">  当初设定的目标与关键结果（KR）</w:t>
      </w:r>
    </w:p>
    <w:p>
      <w:r>
        <w:rPr>
          <w:b/>
        </w:rPr>
        <w:t>【二、结果评估】</w:t>
      </w:r>
      <w:r>
        <w:t xml:space="preserve">  实际完成情况，量化数据对比</w:t>
      </w:r>
    </w:p>
    <w:p>
      <w:r>
        <w:rPr>
          <w:b/>
        </w:rPr>
        <w:t>【三、差异分析】</w:t>
      </w:r>
      <w:r>
        <w:t xml:space="preserve">  与目标之间的差距及其表现</w:t>
      </w:r>
    </w:p>
    <w:p>
      <w:r>
        <w:rPr>
          <w:b/>
        </w:rPr>
        <w:t>【四、原因总结】</w:t>
      </w:r>
      <w:r>
        <w:t xml:space="preserve">  做得好的经验 / 做得差的根因（5Why）</w:t>
      </w:r>
    </w:p>
    <w:p>
      <w:r>
        <w:rPr>
          <w:b/>
        </w:rPr>
        <w:t>【五、改进行动项】</w:t>
      </w:r>
      <w:r>
        <w:t xml:space="preserve">  行动 / 责任人 / 完成时限 / 验收标准</w:t>
      </w:r>
    </w:p>
    <w:p>
      <w:r>
        <w:rPr>
          <w:b/>
        </w:rPr>
        <w:t>【六、遗留问题】</w:t>
      </w:r>
      <w:r>
        <w:t xml:space="preserve">  未决事项与升级路径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